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Everyday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Use this one-page plan to connect your learning goal, teaching sequence, and evidence of learning.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Learning goal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will students know or be able to do by the end?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Success criteria and materials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will success look like? What resources will you prepare?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Teaching sequence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5256"/>
        <w:gridCol w:w="4176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MIN</w:t>
            </w:r>
          </w:p>
        </w:tc>
        <w:tc>
          <w:tcPr>
            <w:tcW w:type="dxa" w:w="525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TEACH AND LEARN</w:t>
            </w:r>
          </w:p>
        </w:tc>
        <w:tc>
          <w:tcPr>
            <w:tcW w:type="dxa" w:w="417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CHECK FOR UNDERSTANDING</w:t>
            </w:r>
          </w:p>
        </w:tc>
      </w:tr>
      <w:tr>
        <w:trPr>
          <w:cantSplit/>
          <w:trHeight w:val="691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Connect and engage: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[starter / prior learning]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will you notice?]</w:t>
            </w:r>
          </w:p>
        </w:tc>
      </w:tr>
      <w:tr>
        <w:trPr>
          <w:cantSplit/>
          <w:trHeight w:val="691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Model or explain: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[key idea / worked example]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[Question to check thinking]</w:t>
            </w:r>
          </w:p>
        </w:tc>
      </w:tr>
      <w:tr>
        <w:trPr>
          <w:cantSplit/>
          <w:trHeight w:val="691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Practice together: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[guided activity]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[Feedback or observation]</w:t>
            </w:r>
          </w:p>
        </w:tc>
      </w:tr>
      <w:tr>
        <w:trPr>
          <w:cantSplit/>
          <w:trHeight w:val="691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Apply independently: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[student task]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[Evidence to collect]</w:t>
            </w:r>
          </w:p>
        </w:tc>
      </w:tr>
      <w:tr>
        <w:trPr>
          <w:cantSplit/>
          <w:trHeight w:val="691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525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Close and review: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[exit ticket / recap]</w:t>
            </w:r>
          </w:p>
        </w:tc>
        <w:tc>
          <w:tcPr>
            <w:tcW w:type="dxa" w:w="4176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[How will you judge success?]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Support and challenge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How will you remove barriers and extend learning?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REFLECTION AND NEXT STEPS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What worked? Who needs follow-up? What comes next?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